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AE9" w:rsidRDefault="00585AE9">
      <w:pPr>
        <w:jc w:val="center"/>
        <w:rPr>
          <w:b/>
          <w:sz w:val="30"/>
          <w:u w:val="single"/>
        </w:rPr>
      </w:pPr>
    </w:p>
    <w:p w:rsidR="00585AE9" w:rsidRDefault="00585AE9">
      <w:pPr>
        <w:jc w:val="center"/>
        <w:rPr>
          <w:b/>
          <w:sz w:val="30"/>
          <w:u w:val="single"/>
        </w:rPr>
      </w:pPr>
    </w:p>
    <w:p w:rsidR="00585AE9" w:rsidRDefault="00585AE9">
      <w:pPr>
        <w:jc w:val="center"/>
        <w:rPr>
          <w:b/>
          <w:sz w:val="30"/>
          <w:u w:val="single"/>
        </w:rPr>
      </w:pPr>
    </w:p>
    <w:p w:rsidR="00585AE9" w:rsidRDefault="00585AE9">
      <w:pPr>
        <w:jc w:val="center"/>
        <w:rPr>
          <w:b/>
          <w:sz w:val="30"/>
          <w:u w:val="single"/>
        </w:rPr>
      </w:pPr>
    </w:p>
    <w:p w:rsidR="00585AE9" w:rsidRDefault="00585AE9">
      <w:pPr>
        <w:jc w:val="center"/>
        <w:rPr>
          <w:b/>
          <w:sz w:val="30"/>
          <w:u w:val="single"/>
        </w:rPr>
      </w:pPr>
    </w:p>
    <w:p w:rsidR="00585AE9" w:rsidRDefault="00585AE9">
      <w:pPr>
        <w:jc w:val="center"/>
        <w:rPr>
          <w:b/>
          <w:sz w:val="30"/>
          <w:u w:val="single"/>
        </w:rPr>
      </w:pPr>
    </w:p>
    <w:p w:rsidR="00585AE9" w:rsidRDefault="00585AE9">
      <w:pPr>
        <w:jc w:val="center"/>
        <w:rPr>
          <w:b/>
          <w:sz w:val="30"/>
          <w:u w:val="single"/>
        </w:rPr>
      </w:pPr>
    </w:p>
    <w:p w:rsidR="00F4111C" w:rsidRDefault="00585AE9">
      <w:pPr>
        <w:jc w:val="center"/>
        <w:rPr>
          <w:b/>
          <w:sz w:val="30"/>
          <w:u w:val="single"/>
        </w:rPr>
      </w:pPr>
      <w:r>
        <w:rPr>
          <w:b/>
          <w:sz w:val="30"/>
          <w:u w:val="single"/>
        </w:rPr>
        <w:t>SCHOOL MANAGEMENT COMMITTEE</w:t>
      </w:r>
    </w:p>
    <w:p w:rsidR="00585AE9" w:rsidRDefault="00585AE9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2388"/>
        <w:gridCol w:w="2190"/>
        <w:gridCol w:w="1810"/>
        <w:gridCol w:w="1810"/>
        <w:gridCol w:w="1810"/>
      </w:tblGrid>
      <w:tr w:rsidR="00585AE9" w:rsidTr="00585AE9">
        <w:trPr>
          <w:trHeight w:val="1159"/>
          <w:jc w:val="center"/>
        </w:trPr>
        <w:tc>
          <w:tcPr>
            <w:tcW w:w="851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85AE9">
              <w:rPr>
                <w:rFonts w:ascii="Calibri" w:hAnsi="Calibri" w:cs="Calibri"/>
                <w:b/>
                <w:sz w:val="28"/>
                <w:szCs w:val="28"/>
              </w:rPr>
              <w:t>Sl. No.</w:t>
            </w:r>
          </w:p>
        </w:tc>
        <w:tc>
          <w:tcPr>
            <w:tcW w:w="2388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85AE9">
              <w:rPr>
                <w:rFonts w:ascii="Calibri" w:hAnsi="Calibri" w:cs="Calibri"/>
                <w:b/>
                <w:sz w:val="28"/>
                <w:szCs w:val="28"/>
              </w:rPr>
              <w:t>Director’s Name</w:t>
            </w:r>
          </w:p>
        </w:tc>
        <w:tc>
          <w:tcPr>
            <w:tcW w:w="219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85AE9">
              <w:rPr>
                <w:rFonts w:ascii="Calibri" w:hAnsi="Calibri" w:cs="Calibri"/>
                <w:b/>
                <w:sz w:val="28"/>
                <w:szCs w:val="28"/>
              </w:rPr>
              <w:t>Father / Spouse Name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85AE9">
              <w:rPr>
                <w:rFonts w:ascii="Calibri" w:hAnsi="Calibri" w:cs="Calibri"/>
                <w:b/>
                <w:sz w:val="28"/>
                <w:szCs w:val="28"/>
              </w:rPr>
              <w:t>Qualification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85AE9">
              <w:rPr>
                <w:rFonts w:ascii="Calibri" w:hAnsi="Calibri" w:cs="Calibri"/>
                <w:b/>
                <w:sz w:val="28"/>
                <w:szCs w:val="28"/>
              </w:rPr>
              <w:t>Designation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85AE9">
              <w:rPr>
                <w:rFonts w:ascii="Calibri" w:hAnsi="Calibri" w:cs="Calibri"/>
                <w:b/>
                <w:sz w:val="28"/>
                <w:szCs w:val="28"/>
              </w:rPr>
              <w:t>Occupation</w:t>
            </w:r>
          </w:p>
        </w:tc>
      </w:tr>
      <w:tr w:rsidR="00585AE9" w:rsidTr="00585AE9">
        <w:trPr>
          <w:trHeight w:val="580"/>
          <w:jc w:val="center"/>
        </w:trPr>
        <w:tc>
          <w:tcPr>
            <w:tcW w:w="851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01</w:t>
            </w:r>
          </w:p>
        </w:tc>
        <w:tc>
          <w:tcPr>
            <w:tcW w:w="2388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Sri. S A Ningoji</w:t>
            </w:r>
          </w:p>
        </w:tc>
        <w:tc>
          <w:tcPr>
            <w:tcW w:w="219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Andanappa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B.Com, LL.B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Chairman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Advocate</w:t>
            </w:r>
          </w:p>
        </w:tc>
      </w:tr>
      <w:tr w:rsidR="00585AE9" w:rsidTr="00585AE9">
        <w:trPr>
          <w:trHeight w:val="580"/>
          <w:jc w:val="center"/>
        </w:trPr>
        <w:tc>
          <w:tcPr>
            <w:tcW w:w="851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02</w:t>
            </w:r>
          </w:p>
        </w:tc>
        <w:tc>
          <w:tcPr>
            <w:tcW w:w="2388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Sri. V M Ningoji</w:t>
            </w:r>
          </w:p>
        </w:tc>
        <w:tc>
          <w:tcPr>
            <w:tcW w:w="219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Mallappa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M.A.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Director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Former</w:t>
            </w:r>
          </w:p>
        </w:tc>
      </w:tr>
      <w:tr w:rsidR="00585AE9" w:rsidTr="00585AE9">
        <w:trPr>
          <w:trHeight w:val="580"/>
          <w:jc w:val="center"/>
        </w:trPr>
        <w:tc>
          <w:tcPr>
            <w:tcW w:w="851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03</w:t>
            </w:r>
          </w:p>
        </w:tc>
        <w:tc>
          <w:tcPr>
            <w:tcW w:w="2388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Dr. V A Ningoji</w:t>
            </w:r>
          </w:p>
        </w:tc>
        <w:tc>
          <w:tcPr>
            <w:tcW w:w="219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Andanappa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M.A., Ph.D.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Director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Professor</w:t>
            </w:r>
          </w:p>
        </w:tc>
      </w:tr>
      <w:tr w:rsidR="00585AE9" w:rsidTr="00585AE9">
        <w:trPr>
          <w:trHeight w:val="580"/>
          <w:jc w:val="center"/>
        </w:trPr>
        <w:tc>
          <w:tcPr>
            <w:tcW w:w="851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04</w:t>
            </w:r>
          </w:p>
        </w:tc>
        <w:tc>
          <w:tcPr>
            <w:tcW w:w="2388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Kum. V S Ningoji</w:t>
            </w:r>
          </w:p>
        </w:tc>
        <w:tc>
          <w:tcPr>
            <w:tcW w:w="219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Shashikant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B.E., LL.B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Director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Business</w:t>
            </w:r>
          </w:p>
        </w:tc>
      </w:tr>
      <w:tr w:rsidR="00585AE9" w:rsidTr="00585AE9">
        <w:trPr>
          <w:trHeight w:val="580"/>
          <w:jc w:val="center"/>
        </w:trPr>
        <w:tc>
          <w:tcPr>
            <w:tcW w:w="851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05</w:t>
            </w:r>
          </w:p>
        </w:tc>
        <w:tc>
          <w:tcPr>
            <w:tcW w:w="2388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Sri. Prakash D H</w:t>
            </w:r>
          </w:p>
        </w:tc>
        <w:tc>
          <w:tcPr>
            <w:tcW w:w="219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Duraga</w:t>
            </w:r>
            <w:bookmarkStart w:id="0" w:name="_GoBack"/>
            <w:bookmarkEnd w:id="0"/>
            <w:r w:rsidRPr="00585AE9">
              <w:rPr>
                <w:rFonts w:ascii="Calibri" w:hAnsi="Calibri" w:cs="Calibri"/>
                <w:sz w:val="24"/>
                <w:szCs w:val="24"/>
              </w:rPr>
              <w:t>ppa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M.A., M.Ed.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Invitee Member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Principal</w:t>
            </w:r>
          </w:p>
        </w:tc>
      </w:tr>
      <w:tr w:rsidR="00585AE9" w:rsidTr="00585AE9">
        <w:trPr>
          <w:trHeight w:val="530"/>
          <w:jc w:val="center"/>
        </w:trPr>
        <w:tc>
          <w:tcPr>
            <w:tcW w:w="851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06</w:t>
            </w:r>
          </w:p>
        </w:tc>
        <w:tc>
          <w:tcPr>
            <w:tcW w:w="2388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Sri. Lingaraj</w:t>
            </w:r>
          </w:p>
        </w:tc>
        <w:tc>
          <w:tcPr>
            <w:tcW w:w="219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Shivamoggeppa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B.Com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Invitee Member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Musician</w:t>
            </w:r>
          </w:p>
        </w:tc>
      </w:tr>
      <w:tr w:rsidR="00585AE9" w:rsidTr="00585AE9">
        <w:trPr>
          <w:trHeight w:val="580"/>
          <w:jc w:val="center"/>
        </w:trPr>
        <w:tc>
          <w:tcPr>
            <w:tcW w:w="851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07</w:t>
            </w:r>
          </w:p>
        </w:tc>
        <w:tc>
          <w:tcPr>
            <w:tcW w:w="2388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85AE9">
              <w:rPr>
                <w:rFonts w:ascii="Calibri" w:hAnsi="Calibri" w:cs="Calibri"/>
                <w:sz w:val="24"/>
                <w:szCs w:val="24"/>
              </w:rPr>
              <w:t>Smt,Bhagya</w:t>
            </w:r>
            <w:proofErr w:type="spellEnd"/>
            <w:r w:rsidRPr="00585AE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585AE9">
              <w:rPr>
                <w:rFonts w:ascii="Calibri" w:hAnsi="Calibri" w:cs="Calibri"/>
                <w:sz w:val="24"/>
                <w:szCs w:val="24"/>
              </w:rPr>
              <w:t>Angadi</w:t>
            </w:r>
            <w:proofErr w:type="spellEnd"/>
          </w:p>
        </w:tc>
        <w:tc>
          <w:tcPr>
            <w:tcW w:w="219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85AE9">
              <w:rPr>
                <w:rFonts w:ascii="Calibri" w:hAnsi="Calibri" w:cs="Calibri"/>
                <w:sz w:val="24"/>
                <w:szCs w:val="24"/>
              </w:rPr>
              <w:t>Prashant</w:t>
            </w:r>
            <w:proofErr w:type="spellEnd"/>
            <w:r w:rsidRPr="00585AE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585AE9">
              <w:rPr>
                <w:rFonts w:ascii="Calibri" w:hAnsi="Calibri" w:cs="Calibri"/>
                <w:sz w:val="24"/>
                <w:szCs w:val="24"/>
              </w:rPr>
              <w:t>Angadi</w:t>
            </w:r>
            <w:proofErr w:type="spellEnd"/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85AE9">
              <w:rPr>
                <w:rFonts w:ascii="Calibri" w:hAnsi="Calibri" w:cs="Calibri"/>
                <w:sz w:val="24"/>
                <w:szCs w:val="24"/>
              </w:rPr>
              <w:t>BA,BEd</w:t>
            </w:r>
            <w:proofErr w:type="spellEnd"/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Teacher Member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Teacher</w:t>
            </w:r>
          </w:p>
        </w:tc>
      </w:tr>
      <w:tr w:rsidR="00585AE9" w:rsidTr="00585AE9">
        <w:trPr>
          <w:trHeight w:val="580"/>
          <w:jc w:val="center"/>
        </w:trPr>
        <w:tc>
          <w:tcPr>
            <w:tcW w:w="851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08</w:t>
            </w:r>
          </w:p>
        </w:tc>
        <w:tc>
          <w:tcPr>
            <w:tcW w:w="2388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 xml:space="preserve">Smt. </w:t>
            </w:r>
            <w:proofErr w:type="spellStart"/>
            <w:r w:rsidRPr="00585AE9">
              <w:rPr>
                <w:rFonts w:ascii="Calibri" w:hAnsi="Calibri" w:cs="Calibri"/>
                <w:sz w:val="24"/>
                <w:szCs w:val="24"/>
              </w:rPr>
              <w:t>Sudha</w:t>
            </w:r>
            <w:proofErr w:type="spellEnd"/>
          </w:p>
        </w:tc>
        <w:tc>
          <w:tcPr>
            <w:tcW w:w="219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85AE9">
              <w:rPr>
                <w:rFonts w:ascii="Calibri" w:hAnsi="Calibri" w:cs="Calibri"/>
                <w:sz w:val="24"/>
                <w:szCs w:val="24"/>
              </w:rPr>
              <w:t>Prabhakar</w:t>
            </w:r>
            <w:proofErr w:type="spellEnd"/>
            <w:r w:rsidRPr="00585AE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585AE9">
              <w:rPr>
                <w:rFonts w:ascii="Calibri" w:hAnsi="Calibri" w:cs="Calibri"/>
                <w:sz w:val="24"/>
                <w:szCs w:val="24"/>
              </w:rPr>
              <w:t>Shivpur</w:t>
            </w:r>
            <w:proofErr w:type="spellEnd"/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B.A., B.Ed.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Teacher Member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Teacher</w:t>
            </w:r>
          </w:p>
        </w:tc>
      </w:tr>
      <w:tr w:rsidR="00585AE9" w:rsidTr="00585AE9">
        <w:trPr>
          <w:trHeight w:val="580"/>
          <w:jc w:val="center"/>
        </w:trPr>
        <w:tc>
          <w:tcPr>
            <w:tcW w:w="851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09</w:t>
            </w:r>
          </w:p>
        </w:tc>
        <w:tc>
          <w:tcPr>
            <w:tcW w:w="2388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Smt. Pooja K</w:t>
            </w:r>
          </w:p>
        </w:tc>
        <w:tc>
          <w:tcPr>
            <w:tcW w:w="219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Laxmana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B.A.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Parent Member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Social Work</w:t>
            </w:r>
          </w:p>
        </w:tc>
      </w:tr>
      <w:tr w:rsidR="00585AE9" w:rsidTr="00585AE9">
        <w:trPr>
          <w:trHeight w:val="580"/>
          <w:jc w:val="center"/>
        </w:trPr>
        <w:tc>
          <w:tcPr>
            <w:tcW w:w="851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2388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Sri. Andappa Bandihal</w:t>
            </w:r>
          </w:p>
        </w:tc>
        <w:tc>
          <w:tcPr>
            <w:tcW w:w="219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Nagappa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M.A.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Parent Member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Professor</w:t>
            </w:r>
          </w:p>
        </w:tc>
      </w:tr>
      <w:tr w:rsidR="00585AE9" w:rsidTr="00585AE9">
        <w:trPr>
          <w:trHeight w:val="628"/>
          <w:jc w:val="center"/>
        </w:trPr>
        <w:tc>
          <w:tcPr>
            <w:tcW w:w="851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  <w:tc>
          <w:tcPr>
            <w:tcW w:w="2388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 xml:space="preserve">Sri. </w:t>
            </w:r>
            <w:proofErr w:type="spellStart"/>
            <w:r w:rsidRPr="00585AE9">
              <w:rPr>
                <w:rFonts w:ascii="Calibri" w:hAnsi="Calibri" w:cs="Calibri"/>
                <w:sz w:val="24"/>
                <w:szCs w:val="24"/>
              </w:rPr>
              <w:t>Sampath</w:t>
            </w:r>
            <w:proofErr w:type="spellEnd"/>
            <w:r w:rsidRPr="00585AE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585AE9">
              <w:rPr>
                <w:rFonts w:ascii="Calibri" w:hAnsi="Calibri" w:cs="Calibri"/>
                <w:sz w:val="24"/>
                <w:szCs w:val="24"/>
              </w:rPr>
              <w:t>Akalawadi</w:t>
            </w:r>
            <w:proofErr w:type="spellEnd"/>
          </w:p>
        </w:tc>
        <w:tc>
          <w:tcPr>
            <w:tcW w:w="219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85AE9">
              <w:rPr>
                <w:rFonts w:ascii="Calibri" w:hAnsi="Calibri" w:cs="Calibri"/>
                <w:sz w:val="24"/>
                <w:szCs w:val="24"/>
              </w:rPr>
              <w:t>Basavaraj</w:t>
            </w:r>
            <w:proofErr w:type="spellEnd"/>
            <w:r w:rsidRPr="00585AE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585AE9">
              <w:rPr>
                <w:rFonts w:ascii="Calibri" w:hAnsi="Calibri" w:cs="Calibri"/>
                <w:sz w:val="24"/>
                <w:szCs w:val="24"/>
              </w:rPr>
              <w:t>Akalawadi</w:t>
            </w:r>
            <w:proofErr w:type="spellEnd"/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MA</w:t>
            </w:r>
            <w:r w:rsidRPr="00585AE9">
              <w:rPr>
                <w:rFonts w:ascii="Calibri" w:hAnsi="Calibri" w:cs="Calibri"/>
                <w:sz w:val="24"/>
                <w:szCs w:val="24"/>
              </w:rPr>
              <w:t xml:space="preserve">., </w:t>
            </w:r>
            <w:r w:rsidRPr="00585AE9">
              <w:rPr>
                <w:rFonts w:ascii="Calibri" w:hAnsi="Calibri" w:cs="Calibri"/>
                <w:sz w:val="24"/>
                <w:szCs w:val="24"/>
              </w:rPr>
              <w:t>B.Ed.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Member Secretary</w:t>
            </w:r>
          </w:p>
        </w:tc>
        <w:tc>
          <w:tcPr>
            <w:tcW w:w="1810" w:type="dxa"/>
            <w:vAlign w:val="center"/>
          </w:tcPr>
          <w:p w:rsidR="00F4111C" w:rsidRPr="00585AE9" w:rsidRDefault="00585AE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85AE9">
              <w:rPr>
                <w:rFonts w:ascii="Calibri" w:hAnsi="Calibri" w:cs="Calibri"/>
                <w:sz w:val="24"/>
                <w:szCs w:val="24"/>
              </w:rPr>
              <w:t>Principal</w:t>
            </w:r>
          </w:p>
        </w:tc>
      </w:tr>
    </w:tbl>
    <w:p w:rsidR="00F4111C" w:rsidRDefault="00F4111C" w:rsidP="00585AE9">
      <w:pPr>
        <w:jc w:val="center"/>
      </w:pPr>
    </w:p>
    <w:sectPr w:rsidR="00F4111C" w:rsidSect="00034616">
      <w:pgSz w:w="12240" w:h="15840"/>
      <w:pgMar w:top="792" w:right="648" w:bottom="792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5AE9"/>
    <w:rsid w:val="00AA1D8D"/>
    <w:rsid w:val="00B47730"/>
    <w:rsid w:val="00CB0664"/>
    <w:rsid w:val="00F411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49D40A-3594-4F10-B5B8-E743C78E9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 OFFICE1</cp:lastModifiedBy>
  <cp:revision>2</cp:revision>
  <cp:lastPrinted>2026-09-24T05:58:00Z</cp:lastPrinted>
  <dcterms:created xsi:type="dcterms:W3CDTF">2013-12-23T23:15:00Z</dcterms:created>
  <dcterms:modified xsi:type="dcterms:W3CDTF">2026-09-24T05:58:00Z</dcterms:modified>
  <cp:category/>
</cp:coreProperties>
</file>