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269" w:rsidRDefault="003E6269">
      <w:pPr>
        <w:jc w:val="center"/>
        <w:rPr>
          <w:b/>
          <w:sz w:val="36"/>
        </w:rPr>
      </w:pPr>
    </w:p>
    <w:p w:rsidR="009C0FC6" w:rsidRDefault="009C0FC6">
      <w:pPr>
        <w:jc w:val="center"/>
        <w:rPr>
          <w:b/>
          <w:sz w:val="36"/>
        </w:rPr>
      </w:pPr>
    </w:p>
    <w:p w:rsidR="009C0FC6" w:rsidRDefault="009C0FC6">
      <w:pPr>
        <w:jc w:val="center"/>
        <w:rPr>
          <w:b/>
          <w:sz w:val="36"/>
        </w:rPr>
      </w:pPr>
    </w:p>
    <w:p w:rsidR="009C0FC6" w:rsidRDefault="009C0FC6">
      <w:pPr>
        <w:jc w:val="center"/>
        <w:rPr>
          <w:b/>
          <w:sz w:val="36"/>
        </w:rPr>
      </w:pPr>
    </w:p>
    <w:p w:rsidR="003E6269" w:rsidRPr="009C0FC6" w:rsidRDefault="003E6269">
      <w:pPr>
        <w:jc w:val="center"/>
        <w:rPr>
          <w:rFonts w:ascii="Times New Roman" w:hAnsi="Times New Roman" w:cs="Times New Roman"/>
          <w:b/>
          <w:sz w:val="36"/>
        </w:rPr>
      </w:pPr>
      <w:proofErr w:type="gramStart"/>
      <w:r w:rsidRPr="009C0FC6">
        <w:rPr>
          <w:rFonts w:ascii="Times New Roman" w:hAnsi="Times New Roman" w:cs="Times New Roman"/>
          <w:b/>
          <w:sz w:val="36"/>
        </w:rPr>
        <w:t>LIST OF PARENTS TEACHERS ASSOCIATION (PTA).</w:t>
      </w:r>
      <w:proofErr w:type="gramEnd"/>
    </w:p>
    <w:p w:rsidR="00DB116A" w:rsidRPr="009C0FC6" w:rsidRDefault="00D41F26">
      <w:pPr>
        <w:jc w:val="center"/>
        <w:rPr>
          <w:rFonts w:ascii="Times New Roman" w:hAnsi="Times New Roman" w:cs="Times New Roman"/>
          <w:sz w:val="22"/>
        </w:rPr>
      </w:pPr>
      <w:r w:rsidRPr="009C0FC6">
        <w:rPr>
          <w:rFonts w:ascii="Times New Roman" w:hAnsi="Times New Roman" w:cs="Times New Roman"/>
          <w:b/>
          <w:sz w:val="36"/>
        </w:rPr>
        <w:t>SCHOOL MANAGEMEN</w:t>
      </w:r>
      <w:bookmarkStart w:id="0" w:name="_GoBack"/>
      <w:bookmarkEnd w:id="0"/>
      <w:r w:rsidRPr="009C0FC6">
        <w:rPr>
          <w:rFonts w:ascii="Times New Roman" w:hAnsi="Times New Roman" w:cs="Times New Roman"/>
          <w:b/>
          <w:sz w:val="36"/>
        </w:rPr>
        <w:t>T COMMITTEE</w:t>
      </w:r>
      <w:r w:rsidR="009C0FC6">
        <w:rPr>
          <w:rFonts w:ascii="Times New Roman" w:hAnsi="Times New Roman" w:cs="Times New Roman"/>
          <w:b/>
          <w:sz w:val="36"/>
        </w:rPr>
        <w:t xml:space="preserve"> - 2026-27</w:t>
      </w:r>
    </w:p>
    <w:tbl>
      <w:tblPr>
        <w:tblStyle w:val="TableGrid"/>
        <w:tblW w:w="10260" w:type="dxa"/>
        <w:jc w:val="center"/>
        <w:tblLook w:val="04A0" w:firstRow="1" w:lastRow="0" w:firstColumn="1" w:lastColumn="0" w:noHBand="0" w:noVBand="1"/>
      </w:tblPr>
      <w:tblGrid>
        <w:gridCol w:w="1385"/>
        <w:gridCol w:w="1774"/>
        <w:gridCol w:w="1813"/>
        <w:gridCol w:w="1796"/>
        <w:gridCol w:w="1756"/>
        <w:gridCol w:w="1736"/>
      </w:tblGrid>
      <w:tr w:rsidR="00DB116A" w:rsidRPr="003E6269" w:rsidTr="009C0FC6">
        <w:trPr>
          <w:trHeight w:val="1198"/>
          <w:jc w:val="center"/>
        </w:trPr>
        <w:tc>
          <w:tcPr>
            <w:tcW w:w="1385" w:type="dxa"/>
            <w:vAlign w:val="center"/>
          </w:tcPr>
          <w:p w:rsidR="00DB116A" w:rsidRPr="009C0FC6" w:rsidRDefault="003E6269">
            <w:pPr>
              <w:jc w:val="center"/>
              <w:rPr>
                <w:rFonts w:ascii="Calibri" w:hAnsi="Calibri" w:cs="Calibri"/>
                <w:sz w:val="32"/>
              </w:rPr>
            </w:pPr>
            <w:r w:rsidRPr="009C0FC6">
              <w:rPr>
                <w:rFonts w:ascii="Calibri" w:hAnsi="Calibri" w:cs="Calibri"/>
                <w:b/>
                <w:sz w:val="28"/>
              </w:rPr>
              <w:t>Sl. No</w:t>
            </w:r>
          </w:p>
        </w:tc>
        <w:tc>
          <w:tcPr>
            <w:tcW w:w="1774" w:type="dxa"/>
            <w:vAlign w:val="center"/>
          </w:tcPr>
          <w:p w:rsidR="00DB116A" w:rsidRPr="009C0FC6" w:rsidRDefault="00D41F26">
            <w:pPr>
              <w:jc w:val="center"/>
              <w:rPr>
                <w:rFonts w:ascii="Calibri" w:hAnsi="Calibri" w:cs="Calibri"/>
                <w:sz w:val="32"/>
              </w:rPr>
            </w:pPr>
            <w:r w:rsidRPr="009C0FC6">
              <w:rPr>
                <w:rFonts w:ascii="Calibri" w:hAnsi="Calibri" w:cs="Calibri"/>
                <w:b/>
                <w:sz w:val="28"/>
              </w:rPr>
              <w:t>Director’s Name</w:t>
            </w:r>
          </w:p>
        </w:tc>
        <w:tc>
          <w:tcPr>
            <w:tcW w:w="1813" w:type="dxa"/>
            <w:vAlign w:val="center"/>
          </w:tcPr>
          <w:p w:rsidR="00DB116A" w:rsidRPr="009C0FC6" w:rsidRDefault="00D41F26">
            <w:pPr>
              <w:jc w:val="center"/>
              <w:rPr>
                <w:rFonts w:ascii="Calibri" w:hAnsi="Calibri" w:cs="Calibri"/>
                <w:sz w:val="32"/>
              </w:rPr>
            </w:pPr>
            <w:r w:rsidRPr="009C0FC6">
              <w:rPr>
                <w:rFonts w:ascii="Calibri" w:hAnsi="Calibri" w:cs="Calibri"/>
                <w:b/>
                <w:sz w:val="28"/>
              </w:rPr>
              <w:t>Father / Spouse Name</w:t>
            </w:r>
          </w:p>
        </w:tc>
        <w:tc>
          <w:tcPr>
            <w:tcW w:w="1796" w:type="dxa"/>
            <w:vAlign w:val="center"/>
          </w:tcPr>
          <w:p w:rsidR="00DB116A" w:rsidRPr="009C0FC6" w:rsidRDefault="00D41F26">
            <w:pPr>
              <w:jc w:val="center"/>
              <w:rPr>
                <w:rFonts w:ascii="Calibri" w:hAnsi="Calibri" w:cs="Calibri"/>
                <w:sz w:val="32"/>
              </w:rPr>
            </w:pPr>
            <w:r w:rsidRPr="009C0FC6">
              <w:rPr>
                <w:rFonts w:ascii="Calibri" w:hAnsi="Calibri" w:cs="Calibri"/>
                <w:b/>
                <w:sz w:val="28"/>
              </w:rPr>
              <w:t>Qualification</w:t>
            </w:r>
          </w:p>
        </w:tc>
        <w:tc>
          <w:tcPr>
            <w:tcW w:w="1756" w:type="dxa"/>
            <w:vAlign w:val="center"/>
          </w:tcPr>
          <w:p w:rsidR="00DB116A" w:rsidRPr="009C0FC6" w:rsidRDefault="00D41F26">
            <w:pPr>
              <w:jc w:val="center"/>
              <w:rPr>
                <w:rFonts w:ascii="Calibri" w:hAnsi="Calibri" w:cs="Calibri"/>
                <w:sz w:val="32"/>
              </w:rPr>
            </w:pPr>
            <w:r w:rsidRPr="009C0FC6">
              <w:rPr>
                <w:rFonts w:ascii="Calibri" w:hAnsi="Calibri" w:cs="Calibri"/>
                <w:b/>
                <w:sz w:val="28"/>
              </w:rPr>
              <w:t>Designation</w:t>
            </w:r>
          </w:p>
        </w:tc>
        <w:tc>
          <w:tcPr>
            <w:tcW w:w="1736" w:type="dxa"/>
            <w:vAlign w:val="center"/>
          </w:tcPr>
          <w:p w:rsidR="00DB116A" w:rsidRPr="009C0FC6" w:rsidRDefault="00D41F26">
            <w:pPr>
              <w:jc w:val="center"/>
              <w:rPr>
                <w:rFonts w:ascii="Calibri" w:hAnsi="Calibri" w:cs="Calibri"/>
                <w:sz w:val="32"/>
              </w:rPr>
            </w:pPr>
            <w:r w:rsidRPr="009C0FC6">
              <w:rPr>
                <w:rFonts w:ascii="Calibri" w:hAnsi="Calibri" w:cs="Calibri"/>
                <w:b/>
                <w:sz w:val="28"/>
              </w:rPr>
              <w:t>Occupation</w:t>
            </w:r>
          </w:p>
        </w:tc>
      </w:tr>
      <w:tr w:rsidR="00DB116A" w:rsidRPr="009C0FC6" w:rsidTr="009C0FC6">
        <w:trPr>
          <w:trHeight w:val="335"/>
          <w:jc w:val="center"/>
        </w:trPr>
        <w:tc>
          <w:tcPr>
            <w:tcW w:w="1385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01</w:t>
            </w:r>
          </w:p>
        </w:tc>
        <w:tc>
          <w:tcPr>
            <w:tcW w:w="1774" w:type="dxa"/>
            <w:vAlign w:val="center"/>
          </w:tcPr>
          <w:p w:rsidR="009C0FC6" w:rsidRDefault="009C0FC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Sri. S A Ningoji</w:t>
            </w:r>
          </w:p>
        </w:tc>
        <w:tc>
          <w:tcPr>
            <w:tcW w:w="1813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Andanappa</w:t>
            </w:r>
          </w:p>
        </w:tc>
        <w:tc>
          <w:tcPr>
            <w:tcW w:w="179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B.Com, LL.B</w:t>
            </w:r>
          </w:p>
        </w:tc>
        <w:tc>
          <w:tcPr>
            <w:tcW w:w="175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Chairman</w:t>
            </w:r>
          </w:p>
        </w:tc>
        <w:tc>
          <w:tcPr>
            <w:tcW w:w="173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Advocate</w:t>
            </w:r>
          </w:p>
        </w:tc>
      </w:tr>
      <w:tr w:rsidR="00DB116A" w:rsidRPr="009C0FC6" w:rsidTr="009C0FC6">
        <w:trPr>
          <w:trHeight w:val="352"/>
          <w:jc w:val="center"/>
        </w:trPr>
        <w:tc>
          <w:tcPr>
            <w:tcW w:w="1385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02</w:t>
            </w:r>
          </w:p>
        </w:tc>
        <w:tc>
          <w:tcPr>
            <w:tcW w:w="1774" w:type="dxa"/>
            <w:vAlign w:val="center"/>
          </w:tcPr>
          <w:p w:rsidR="009C0FC6" w:rsidRDefault="009C0FC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Sri. V M Ningoji</w:t>
            </w:r>
          </w:p>
        </w:tc>
        <w:tc>
          <w:tcPr>
            <w:tcW w:w="1813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Mallappa</w:t>
            </w:r>
          </w:p>
        </w:tc>
        <w:tc>
          <w:tcPr>
            <w:tcW w:w="179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M.A.</w:t>
            </w:r>
          </w:p>
        </w:tc>
        <w:tc>
          <w:tcPr>
            <w:tcW w:w="175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Director</w:t>
            </w:r>
          </w:p>
        </w:tc>
        <w:tc>
          <w:tcPr>
            <w:tcW w:w="173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Former</w:t>
            </w:r>
          </w:p>
        </w:tc>
      </w:tr>
      <w:tr w:rsidR="00DB116A" w:rsidRPr="009C0FC6" w:rsidTr="009C0FC6">
        <w:trPr>
          <w:trHeight w:val="335"/>
          <w:jc w:val="center"/>
        </w:trPr>
        <w:tc>
          <w:tcPr>
            <w:tcW w:w="1385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03</w:t>
            </w:r>
          </w:p>
        </w:tc>
        <w:tc>
          <w:tcPr>
            <w:tcW w:w="1774" w:type="dxa"/>
            <w:vAlign w:val="center"/>
          </w:tcPr>
          <w:p w:rsidR="009C0FC6" w:rsidRDefault="009C0FC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Dr. V A Ningoji</w:t>
            </w:r>
          </w:p>
        </w:tc>
        <w:tc>
          <w:tcPr>
            <w:tcW w:w="1813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Andanappa</w:t>
            </w:r>
          </w:p>
        </w:tc>
        <w:tc>
          <w:tcPr>
            <w:tcW w:w="179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M.A., Ph.D.</w:t>
            </w:r>
          </w:p>
        </w:tc>
        <w:tc>
          <w:tcPr>
            <w:tcW w:w="175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Director</w:t>
            </w:r>
          </w:p>
        </w:tc>
        <w:tc>
          <w:tcPr>
            <w:tcW w:w="173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Professor</w:t>
            </w:r>
          </w:p>
        </w:tc>
      </w:tr>
      <w:tr w:rsidR="00DB116A" w:rsidRPr="009C0FC6" w:rsidTr="009C0FC6">
        <w:trPr>
          <w:trHeight w:val="687"/>
          <w:jc w:val="center"/>
        </w:trPr>
        <w:tc>
          <w:tcPr>
            <w:tcW w:w="1385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04</w:t>
            </w:r>
          </w:p>
        </w:tc>
        <w:tc>
          <w:tcPr>
            <w:tcW w:w="1774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Kum. V S Ningoji</w:t>
            </w:r>
          </w:p>
        </w:tc>
        <w:tc>
          <w:tcPr>
            <w:tcW w:w="1813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Shashikant</w:t>
            </w:r>
          </w:p>
        </w:tc>
        <w:tc>
          <w:tcPr>
            <w:tcW w:w="179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B.E., LL.B</w:t>
            </w:r>
          </w:p>
        </w:tc>
        <w:tc>
          <w:tcPr>
            <w:tcW w:w="175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Director</w:t>
            </w:r>
          </w:p>
        </w:tc>
        <w:tc>
          <w:tcPr>
            <w:tcW w:w="173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Business</w:t>
            </w:r>
          </w:p>
        </w:tc>
      </w:tr>
      <w:tr w:rsidR="00DB116A" w:rsidRPr="009C0FC6" w:rsidTr="009C0FC6">
        <w:trPr>
          <w:trHeight w:val="669"/>
          <w:jc w:val="center"/>
        </w:trPr>
        <w:tc>
          <w:tcPr>
            <w:tcW w:w="1385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05</w:t>
            </w:r>
          </w:p>
        </w:tc>
        <w:tc>
          <w:tcPr>
            <w:tcW w:w="1774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Sri. Prakash D H</w:t>
            </w:r>
          </w:p>
        </w:tc>
        <w:tc>
          <w:tcPr>
            <w:tcW w:w="1813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Duragappa</w:t>
            </w:r>
          </w:p>
        </w:tc>
        <w:tc>
          <w:tcPr>
            <w:tcW w:w="179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M.A., M.Ed.</w:t>
            </w:r>
          </w:p>
        </w:tc>
        <w:tc>
          <w:tcPr>
            <w:tcW w:w="175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Invitee Member</w:t>
            </w:r>
          </w:p>
        </w:tc>
        <w:tc>
          <w:tcPr>
            <w:tcW w:w="173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Principal</w:t>
            </w:r>
          </w:p>
        </w:tc>
      </w:tr>
      <w:tr w:rsidR="00DB116A" w:rsidRPr="009C0FC6" w:rsidTr="009C0FC6">
        <w:trPr>
          <w:trHeight w:val="687"/>
          <w:jc w:val="center"/>
        </w:trPr>
        <w:tc>
          <w:tcPr>
            <w:tcW w:w="1385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06</w:t>
            </w:r>
          </w:p>
        </w:tc>
        <w:tc>
          <w:tcPr>
            <w:tcW w:w="1774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Sri. Lingaraj</w:t>
            </w:r>
          </w:p>
        </w:tc>
        <w:tc>
          <w:tcPr>
            <w:tcW w:w="1813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Shivamoggeppa</w:t>
            </w:r>
          </w:p>
        </w:tc>
        <w:tc>
          <w:tcPr>
            <w:tcW w:w="179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B.Com</w:t>
            </w:r>
          </w:p>
        </w:tc>
        <w:tc>
          <w:tcPr>
            <w:tcW w:w="175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Invitee Member</w:t>
            </w:r>
          </w:p>
        </w:tc>
        <w:tc>
          <w:tcPr>
            <w:tcW w:w="173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Musician</w:t>
            </w:r>
          </w:p>
        </w:tc>
      </w:tr>
      <w:tr w:rsidR="00DB116A" w:rsidRPr="009C0FC6" w:rsidTr="009C0FC6">
        <w:trPr>
          <w:trHeight w:val="687"/>
          <w:jc w:val="center"/>
        </w:trPr>
        <w:tc>
          <w:tcPr>
            <w:tcW w:w="1385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07</w:t>
            </w:r>
          </w:p>
        </w:tc>
        <w:tc>
          <w:tcPr>
            <w:tcW w:w="1774" w:type="dxa"/>
            <w:vAlign w:val="center"/>
          </w:tcPr>
          <w:p w:rsidR="00DB116A" w:rsidRPr="009C0FC6" w:rsidRDefault="003E6269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 xml:space="preserve">Sri. </w:t>
            </w:r>
            <w:proofErr w:type="spellStart"/>
            <w:r w:rsidRPr="009C0FC6">
              <w:rPr>
                <w:rFonts w:ascii="Calibri" w:hAnsi="Calibri" w:cs="Calibri"/>
                <w:sz w:val="24"/>
                <w:szCs w:val="24"/>
              </w:rPr>
              <w:t>Revayya</w:t>
            </w:r>
            <w:proofErr w:type="spellEnd"/>
          </w:p>
        </w:tc>
        <w:tc>
          <w:tcPr>
            <w:tcW w:w="1813" w:type="dxa"/>
            <w:vAlign w:val="center"/>
          </w:tcPr>
          <w:p w:rsidR="00DB116A" w:rsidRPr="009C0FC6" w:rsidRDefault="003E6269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C0FC6">
              <w:rPr>
                <w:rFonts w:ascii="Calibri" w:hAnsi="Calibri" w:cs="Calibri"/>
                <w:sz w:val="24"/>
                <w:szCs w:val="24"/>
              </w:rPr>
              <w:t>Mallayyanavar</w:t>
            </w:r>
            <w:proofErr w:type="spellEnd"/>
          </w:p>
        </w:tc>
        <w:tc>
          <w:tcPr>
            <w:tcW w:w="1796" w:type="dxa"/>
            <w:vAlign w:val="center"/>
          </w:tcPr>
          <w:p w:rsidR="00DB116A" w:rsidRPr="009C0FC6" w:rsidRDefault="003E6269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C0FC6">
              <w:rPr>
                <w:rFonts w:ascii="Calibri" w:hAnsi="Calibri" w:cs="Calibri"/>
                <w:sz w:val="24"/>
                <w:szCs w:val="24"/>
              </w:rPr>
              <w:t>BP.Ed</w:t>
            </w:r>
            <w:proofErr w:type="spellEnd"/>
          </w:p>
        </w:tc>
        <w:tc>
          <w:tcPr>
            <w:tcW w:w="175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Teacher Member</w:t>
            </w:r>
          </w:p>
        </w:tc>
        <w:tc>
          <w:tcPr>
            <w:tcW w:w="173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Teacher</w:t>
            </w:r>
          </w:p>
        </w:tc>
      </w:tr>
      <w:tr w:rsidR="00DB116A" w:rsidRPr="009C0FC6" w:rsidTr="009C0FC6">
        <w:trPr>
          <w:trHeight w:val="669"/>
          <w:jc w:val="center"/>
        </w:trPr>
        <w:tc>
          <w:tcPr>
            <w:tcW w:w="1385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08</w:t>
            </w:r>
          </w:p>
        </w:tc>
        <w:tc>
          <w:tcPr>
            <w:tcW w:w="1774" w:type="dxa"/>
            <w:vAlign w:val="center"/>
          </w:tcPr>
          <w:p w:rsidR="00DB116A" w:rsidRPr="009C0FC6" w:rsidRDefault="003E6269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C0FC6">
              <w:rPr>
                <w:rFonts w:ascii="Calibri" w:hAnsi="Calibri" w:cs="Calibri"/>
                <w:sz w:val="24"/>
                <w:szCs w:val="24"/>
              </w:rPr>
              <w:t>Ku.Harini</w:t>
            </w:r>
            <w:proofErr w:type="spellEnd"/>
          </w:p>
        </w:tc>
        <w:tc>
          <w:tcPr>
            <w:tcW w:w="1813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C0FC6">
              <w:rPr>
                <w:rFonts w:ascii="Calibri" w:hAnsi="Calibri" w:cs="Calibri"/>
                <w:sz w:val="24"/>
                <w:szCs w:val="24"/>
              </w:rPr>
              <w:t>V</w:t>
            </w:r>
            <w:r w:rsidR="003E6269" w:rsidRPr="009C0FC6">
              <w:rPr>
                <w:rFonts w:ascii="Calibri" w:hAnsi="Calibri" w:cs="Calibri"/>
                <w:sz w:val="24"/>
                <w:szCs w:val="24"/>
              </w:rPr>
              <w:t>eerappa</w:t>
            </w:r>
            <w:proofErr w:type="spellEnd"/>
          </w:p>
        </w:tc>
        <w:tc>
          <w:tcPr>
            <w:tcW w:w="1796" w:type="dxa"/>
            <w:vAlign w:val="center"/>
          </w:tcPr>
          <w:p w:rsidR="00DB116A" w:rsidRPr="009C0FC6" w:rsidRDefault="003E6269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BSc</w:t>
            </w:r>
            <w:r w:rsidR="00D41F26" w:rsidRPr="009C0FC6">
              <w:rPr>
                <w:rFonts w:ascii="Calibri" w:hAnsi="Calibri" w:cs="Calibri"/>
                <w:sz w:val="24"/>
                <w:szCs w:val="24"/>
              </w:rPr>
              <w:t>, B.Ed.</w:t>
            </w:r>
          </w:p>
        </w:tc>
        <w:tc>
          <w:tcPr>
            <w:tcW w:w="175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Teacher Member</w:t>
            </w:r>
          </w:p>
        </w:tc>
        <w:tc>
          <w:tcPr>
            <w:tcW w:w="173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Teacher</w:t>
            </w:r>
          </w:p>
        </w:tc>
      </w:tr>
      <w:tr w:rsidR="00DB116A" w:rsidRPr="009C0FC6" w:rsidTr="009C0FC6">
        <w:trPr>
          <w:trHeight w:val="687"/>
          <w:jc w:val="center"/>
        </w:trPr>
        <w:tc>
          <w:tcPr>
            <w:tcW w:w="1385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09</w:t>
            </w:r>
          </w:p>
        </w:tc>
        <w:tc>
          <w:tcPr>
            <w:tcW w:w="1774" w:type="dxa"/>
            <w:vAlign w:val="center"/>
          </w:tcPr>
          <w:p w:rsidR="00DB116A" w:rsidRPr="009C0FC6" w:rsidRDefault="003E6269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C0FC6">
              <w:rPr>
                <w:rFonts w:ascii="Calibri" w:hAnsi="Calibri" w:cs="Calibri"/>
                <w:sz w:val="24"/>
                <w:szCs w:val="24"/>
              </w:rPr>
              <w:t>Sri.Kanakaraya</w:t>
            </w:r>
            <w:proofErr w:type="spellEnd"/>
            <w:r w:rsidRPr="009C0FC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9C0FC6">
              <w:rPr>
                <w:rFonts w:ascii="Calibri" w:hAnsi="Calibri" w:cs="Calibri"/>
                <w:sz w:val="24"/>
                <w:szCs w:val="24"/>
              </w:rPr>
              <w:t>Abhigeri</w:t>
            </w:r>
            <w:proofErr w:type="spellEnd"/>
          </w:p>
        </w:tc>
        <w:tc>
          <w:tcPr>
            <w:tcW w:w="1813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Laxmana</w:t>
            </w:r>
          </w:p>
        </w:tc>
        <w:tc>
          <w:tcPr>
            <w:tcW w:w="1796" w:type="dxa"/>
            <w:vAlign w:val="center"/>
          </w:tcPr>
          <w:p w:rsidR="00DB116A" w:rsidRPr="009C0FC6" w:rsidRDefault="003E6269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LLB</w:t>
            </w:r>
          </w:p>
        </w:tc>
        <w:tc>
          <w:tcPr>
            <w:tcW w:w="175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Parent Member</w:t>
            </w:r>
          </w:p>
        </w:tc>
        <w:tc>
          <w:tcPr>
            <w:tcW w:w="1736" w:type="dxa"/>
            <w:vAlign w:val="center"/>
          </w:tcPr>
          <w:p w:rsidR="00DB116A" w:rsidRPr="009C0FC6" w:rsidRDefault="003E6269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LAWYAR</w:t>
            </w:r>
          </w:p>
        </w:tc>
      </w:tr>
      <w:tr w:rsidR="00DB116A" w:rsidRPr="009C0FC6" w:rsidTr="009C0FC6">
        <w:trPr>
          <w:trHeight w:val="687"/>
          <w:jc w:val="center"/>
        </w:trPr>
        <w:tc>
          <w:tcPr>
            <w:tcW w:w="1385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774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 xml:space="preserve">Sri. </w:t>
            </w:r>
            <w:proofErr w:type="spellStart"/>
            <w:r w:rsidR="003E6269" w:rsidRPr="009C0FC6">
              <w:rPr>
                <w:rFonts w:ascii="Calibri" w:hAnsi="Calibri" w:cs="Calibri"/>
                <w:sz w:val="24"/>
                <w:szCs w:val="24"/>
              </w:rPr>
              <w:t>Manjunath</w:t>
            </w:r>
            <w:proofErr w:type="spellEnd"/>
            <w:r w:rsidR="003E6269" w:rsidRPr="009C0FC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="003E6269" w:rsidRPr="009C0FC6">
              <w:rPr>
                <w:rFonts w:ascii="Calibri" w:hAnsi="Calibri" w:cs="Calibri"/>
                <w:sz w:val="24"/>
                <w:szCs w:val="24"/>
              </w:rPr>
              <w:t>ikkeri</w:t>
            </w:r>
            <w:proofErr w:type="spellEnd"/>
          </w:p>
        </w:tc>
        <w:tc>
          <w:tcPr>
            <w:tcW w:w="1813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Nagappa</w:t>
            </w:r>
          </w:p>
        </w:tc>
        <w:tc>
          <w:tcPr>
            <w:tcW w:w="1796" w:type="dxa"/>
            <w:vAlign w:val="center"/>
          </w:tcPr>
          <w:p w:rsidR="00DB116A" w:rsidRPr="009C0FC6" w:rsidRDefault="003E6269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B.A</w:t>
            </w:r>
          </w:p>
        </w:tc>
        <w:tc>
          <w:tcPr>
            <w:tcW w:w="175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Parent Member</w:t>
            </w:r>
          </w:p>
        </w:tc>
        <w:tc>
          <w:tcPr>
            <w:tcW w:w="1736" w:type="dxa"/>
            <w:vAlign w:val="center"/>
          </w:tcPr>
          <w:p w:rsidR="00DB116A" w:rsidRPr="009C0FC6" w:rsidRDefault="003E6269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Social work</w:t>
            </w:r>
          </w:p>
        </w:tc>
      </w:tr>
      <w:tr w:rsidR="00DB116A" w:rsidRPr="009C0FC6" w:rsidTr="009C0FC6">
        <w:trPr>
          <w:trHeight w:val="687"/>
          <w:jc w:val="center"/>
        </w:trPr>
        <w:tc>
          <w:tcPr>
            <w:tcW w:w="1385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11</w:t>
            </w:r>
          </w:p>
        </w:tc>
        <w:tc>
          <w:tcPr>
            <w:tcW w:w="1774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 xml:space="preserve">Sri. </w:t>
            </w:r>
            <w:proofErr w:type="spellStart"/>
            <w:r w:rsidR="003E6269" w:rsidRPr="009C0FC6">
              <w:rPr>
                <w:rFonts w:ascii="Calibri" w:hAnsi="Calibri" w:cs="Calibri"/>
                <w:sz w:val="24"/>
                <w:szCs w:val="24"/>
              </w:rPr>
              <w:t>Sampath</w:t>
            </w:r>
            <w:proofErr w:type="spellEnd"/>
            <w:r w:rsidR="003E6269" w:rsidRPr="009C0FC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="003E6269" w:rsidRPr="009C0FC6">
              <w:rPr>
                <w:rFonts w:ascii="Calibri" w:hAnsi="Calibri" w:cs="Calibri"/>
                <w:sz w:val="24"/>
                <w:szCs w:val="24"/>
              </w:rPr>
              <w:t>Akalawadi</w:t>
            </w:r>
            <w:proofErr w:type="spellEnd"/>
          </w:p>
        </w:tc>
        <w:tc>
          <w:tcPr>
            <w:tcW w:w="1813" w:type="dxa"/>
            <w:vAlign w:val="center"/>
          </w:tcPr>
          <w:p w:rsidR="00DB116A" w:rsidRPr="009C0FC6" w:rsidRDefault="003E6269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C0FC6">
              <w:rPr>
                <w:rFonts w:ascii="Calibri" w:hAnsi="Calibri" w:cs="Calibri"/>
                <w:sz w:val="24"/>
                <w:szCs w:val="24"/>
              </w:rPr>
              <w:t>Basavaraj</w:t>
            </w:r>
            <w:proofErr w:type="spellEnd"/>
            <w:r w:rsidRPr="009C0FC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9C0FC6">
              <w:rPr>
                <w:rFonts w:ascii="Calibri" w:hAnsi="Calibri" w:cs="Calibri"/>
                <w:sz w:val="24"/>
                <w:szCs w:val="24"/>
              </w:rPr>
              <w:t>Akalawadi</w:t>
            </w:r>
            <w:proofErr w:type="spellEnd"/>
          </w:p>
        </w:tc>
        <w:tc>
          <w:tcPr>
            <w:tcW w:w="1796" w:type="dxa"/>
            <w:vAlign w:val="center"/>
          </w:tcPr>
          <w:p w:rsidR="00DB116A" w:rsidRPr="009C0FC6" w:rsidRDefault="003E6269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MA</w:t>
            </w:r>
            <w:r w:rsidR="00D41F26" w:rsidRPr="009C0FC6">
              <w:rPr>
                <w:rFonts w:ascii="Calibri" w:hAnsi="Calibri" w:cs="Calibri"/>
                <w:sz w:val="24"/>
                <w:szCs w:val="24"/>
              </w:rPr>
              <w:t>, B.Ed.</w:t>
            </w:r>
          </w:p>
        </w:tc>
        <w:tc>
          <w:tcPr>
            <w:tcW w:w="175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Member Secretary</w:t>
            </w:r>
          </w:p>
        </w:tc>
        <w:tc>
          <w:tcPr>
            <w:tcW w:w="1736" w:type="dxa"/>
            <w:vAlign w:val="center"/>
          </w:tcPr>
          <w:p w:rsidR="00DB116A" w:rsidRPr="009C0FC6" w:rsidRDefault="00D41F26" w:rsidP="009C0FC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0FC6">
              <w:rPr>
                <w:rFonts w:ascii="Calibri" w:hAnsi="Calibri" w:cs="Calibri"/>
                <w:sz w:val="24"/>
                <w:szCs w:val="24"/>
              </w:rPr>
              <w:t>Principal</w:t>
            </w:r>
          </w:p>
        </w:tc>
      </w:tr>
    </w:tbl>
    <w:p w:rsidR="00DB116A" w:rsidRPr="009C0FC6" w:rsidRDefault="00DB116A" w:rsidP="003E6269">
      <w:pPr>
        <w:jc w:val="center"/>
        <w:rPr>
          <w:rFonts w:ascii="Calibri" w:hAnsi="Calibri" w:cs="Calibri"/>
          <w:sz w:val="24"/>
          <w:szCs w:val="24"/>
        </w:rPr>
      </w:pPr>
    </w:p>
    <w:sectPr w:rsidR="00DB116A" w:rsidRPr="009C0FC6" w:rsidSect="003E6269">
      <w:pgSz w:w="11280" w:h="15840"/>
      <w:pgMar w:top="792" w:right="648" w:bottom="792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6269"/>
    <w:rsid w:val="009C0FC6"/>
    <w:rsid w:val="00AA1D8D"/>
    <w:rsid w:val="00B47730"/>
    <w:rsid w:val="00CB0664"/>
    <w:rsid w:val="00D41F26"/>
    <w:rsid w:val="00DB11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514827-8107-4A29-9EC8-5830A8C06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 OFFICE1</cp:lastModifiedBy>
  <cp:revision>3</cp:revision>
  <cp:lastPrinted>2026-09-24T05:47:00Z</cp:lastPrinted>
  <dcterms:created xsi:type="dcterms:W3CDTF">2026-09-23T08:47:00Z</dcterms:created>
  <dcterms:modified xsi:type="dcterms:W3CDTF">2026-09-24T05:48:00Z</dcterms:modified>
  <cp:category/>
</cp:coreProperties>
</file>