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44E" w:rsidRDefault="00D3644E">
      <w:pPr>
        <w:jc w:val="center"/>
        <w:rPr>
          <w:b/>
          <w:sz w:val="32"/>
          <w:u w:val="single"/>
        </w:rPr>
      </w:pPr>
    </w:p>
    <w:p w:rsidR="00D3644E" w:rsidRDefault="00D3644E">
      <w:pPr>
        <w:jc w:val="center"/>
        <w:rPr>
          <w:b/>
          <w:sz w:val="32"/>
          <w:u w:val="single"/>
        </w:rPr>
      </w:pPr>
    </w:p>
    <w:p w:rsidR="00B64336" w:rsidRDefault="00B64336">
      <w:pPr>
        <w:jc w:val="center"/>
        <w:rPr>
          <w:b/>
          <w:sz w:val="32"/>
          <w:u w:val="single"/>
        </w:rPr>
      </w:pPr>
    </w:p>
    <w:p w:rsidR="00D3644E" w:rsidRDefault="00D3644E">
      <w:pPr>
        <w:jc w:val="center"/>
        <w:rPr>
          <w:b/>
          <w:sz w:val="32"/>
          <w:u w:val="single"/>
        </w:rPr>
      </w:pPr>
    </w:p>
    <w:p w:rsidR="00D3644E" w:rsidRDefault="00D3644E">
      <w:pPr>
        <w:jc w:val="center"/>
        <w:rPr>
          <w:b/>
          <w:sz w:val="32"/>
          <w:u w:val="single"/>
        </w:rPr>
      </w:pPr>
    </w:p>
    <w:p w:rsidR="009D4143" w:rsidRDefault="00D3644E">
      <w:pPr>
        <w:jc w:val="center"/>
      </w:pPr>
      <w:r>
        <w:rPr>
          <w:b/>
          <w:sz w:val="32"/>
          <w:u w:val="single"/>
        </w:rPr>
        <w:t>2026–27 FEES STRUCTURE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5"/>
        <w:gridCol w:w="2441"/>
        <w:gridCol w:w="2083"/>
        <w:gridCol w:w="2083"/>
        <w:gridCol w:w="2083"/>
      </w:tblGrid>
      <w:tr w:rsidR="009D4143" w:rsidTr="00B64336">
        <w:trPr>
          <w:trHeight w:val="285"/>
          <w:jc w:val="center"/>
        </w:trPr>
        <w:tc>
          <w:tcPr>
            <w:tcW w:w="1725" w:type="dxa"/>
          </w:tcPr>
          <w:p w:rsidR="009D4143" w:rsidRDefault="00D3644E" w:rsidP="00B64336">
            <w:pPr>
              <w:jc w:val="center"/>
            </w:pPr>
            <w:r>
              <w:rPr>
                <w:b/>
                <w:sz w:val="18"/>
              </w:rPr>
              <w:t>Sl. No.</w:t>
            </w:r>
          </w:p>
        </w:tc>
        <w:tc>
          <w:tcPr>
            <w:tcW w:w="2441" w:type="dxa"/>
          </w:tcPr>
          <w:p w:rsidR="009D4143" w:rsidRDefault="00D3644E" w:rsidP="00B64336">
            <w:pPr>
              <w:jc w:val="center"/>
            </w:pPr>
            <w:r>
              <w:rPr>
                <w:b/>
                <w:sz w:val="18"/>
              </w:rPr>
              <w:t>Class</w:t>
            </w:r>
          </w:p>
        </w:tc>
        <w:tc>
          <w:tcPr>
            <w:tcW w:w="2083" w:type="dxa"/>
          </w:tcPr>
          <w:p w:rsidR="009D4143" w:rsidRDefault="00D3644E" w:rsidP="00B64336">
            <w:pPr>
              <w:jc w:val="center"/>
            </w:pPr>
            <w:r>
              <w:rPr>
                <w:b/>
                <w:sz w:val="18"/>
              </w:rPr>
              <w:t>Total Fees (₹)</w:t>
            </w:r>
          </w:p>
        </w:tc>
        <w:tc>
          <w:tcPr>
            <w:tcW w:w="2083" w:type="dxa"/>
          </w:tcPr>
          <w:p w:rsidR="009D4143" w:rsidRDefault="00D3644E" w:rsidP="00B64336">
            <w:pPr>
              <w:jc w:val="center"/>
            </w:pPr>
            <w:r>
              <w:rPr>
                <w:b/>
                <w:sz w:val="18"/>
              </w:rPr>
              <w:t>School Fees (₹)</w:t>
            </w:r>
          </w:p>
        </w:tc>
        <w:tc>
          <w:tcPr>
            <w:tcW w:w="2083" w:type="dxa"/>
          </w:tcPr>
          <w:p w:rsidR="009D4143" w:rsidRDefault="00D3644E" w:rsidP="00B64336">
            <w:pPr>
              <w:jc w:val="center"/>
            </w:pPr>
            <w:r>
              <w:rPr>
                <w:b/>
                <w:sz w:val="18"/>
              </w:rPr>
              <w:t>Bus Fees (₹)</w:t>
            </w:r>
          </w:p>
        </w:tc>
      </w:tr>
      <w:tr w:rsidR="009D4143" w:rsidTr="00B64336">
        <w:trPr>
          <w:trHeight w:val="329"/>
          <w:jc w:val="center"/>
        </w:trPr>
        <w:tc>
          <w:tcPr>
            <w:tcW w:w="1725" w:type="dxa"/>
            <w:vAlign w:val="center"/>
          </w:tcPr>
          <w:p w:rsidR="009D4143" w:rsidRDefault="00D3644E">
            <w:pPr>
              <w:jc w:val="center"/>
            </w:pPr>
            <w:r>
              <w:t>1</w:t>
            </w:r>
          </w:p>
        </w:tc>
        <w:tc>
          <w:tcPr>
            <w:tcW w:w="2441" w:type="dxa"/>
            <w:vAlign w:val="center"/>
          </w:tcPr>
          <w:p w:rsidR="009D4143" w:rsidRDefault="00D3644E">
            <w:pPr>
              <w:jc w:val="center"/>
            </w:pPr>
            <w:r>
              <w:t>Nursery &amp; L.K.G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17500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8500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</w:tr>
      <w:tr w:rsidR="009D4143" w:rsidTr="00B64336">
        <w:trPr>
          <w:trHeight w:val="329"/>
          <w:jc w:val="center"/>
        </w:trPr>
        <w:tc>
          <w:tcPr>
            <w:tcW w:w="1725" w:type="dxa"/>
            <w:vAlign w:val="center"/>
          </w:tcPr>
          <w:p w:rsidR="009D4143" w:rsidRDefault="00D3644E">
            <w:pPr>
              <w:jc w:val="center"/>
            </w:pPr>
            <w:r>
              <w:t>2</w:t>
            </w:r>
          </w:p>
        </w:tc>
        <w:tc>
          <w:tcPr>
            <w:tcW w:w="2441" w:type="dxa"/>
            <w:vAlign w:val="center"/>
          </w:tcPr>
          <w:p w:rsidR="009D4143" w:rsidRDefault="00D3644E">
            <w:pPr>
              <w:jc w:val="center"/>
            </w:pPr>
            <w:r>
              <w:t>U.K.G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18000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</w:tr>
      <w:tr w:rsidR="009D4143" w:rsidTr="00B64336">
        <w:trPr>
          <w:trHeight w:val="329"/>
          <w:jc w:val="center"/>
        </w:trPr>
        <w:tc>
          <w:tcPr>
            <w:tcW w:w="1725" w:type="dxa"/>
            <w:vAlign w:val="center"/>
          </w:tcPr>
          <w:p w:rsidR="009D4143" w:rsidRDefault="00D3644E">
            <w:pPr>
              <w:jc w:val="center"/>
            </w:pPr>
            <w:r>
              <w:t>3</w:t>
            </w:r>
          </w:p>
        </w:tc>
        <w:tc>
          <w:tcPr>
            <w:tcW w:w="2441" w:type="dxa"/>
            <w:vAlign w:val="center"/>
          </w:tcPr>
          <w:p w:rsidR="009D4143" w:rsidRDefault="00D3644E">
            <w:pPr>
              <w:jc w:val="center"/>
            </w:pPr>
            <w:r>
              <w:t>1</w:t>
            </w:r>
            <w:r w:rsidRPr="00B64336">
              <w:rPr>
                <w:vertAlign w:val="superscript"/>
              </w:rPr>
              <w:t>st</w:t>
            </w:r>
            <w:r>
              <w:t xml:space="preserve"> to 5</w:t>
            </w:r>
            <w:r w:rsidRPr="00B64336">
              <w:rPr>
                <w:vertAlign w:val="superscript"/>
              </w:rPr>
              <w:t>th</w:t>
            </w:r>
            <w:r>
              <w:t xml:space="preserve"> Std.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23000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14000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</w:tr>
      <w:tr w:rsidR="009D4143" w:rsidTr="00B64336">
        <w:trPr>
          <w:trHeight w:val="329"/>
          <w:jc w:val="center"/>
        </w:trPr>
        <w:tc>
          <w:tcPr>
            <w:tcW w:w="1725" w:type="dxa"/>
            <w:vAlign w:val="center"/>
          </w:tcPr>
          <w:p w:rsidR="009D4143" w:rsidRDefault="00D3644E">
            <w:pPr>
              <w:jc w:val="center"/>
            </w:pPr>
            <w:r>
              <w:t>4</w:t>
            </w:r>
          </w:p>
        </w:tc>
        <w:tc>
          <w:tcPr>
            <w:tcW w:w="2441" w:type="dxa"/>
            <w:vAlign w:val="center"/>
          </w:tcPr>
          <w:p w:rsidR="009D4143" w:rsidRDefault="00D3644E">
            <w:pPr>
              <w:jc w:val="center"/>
            </w:pPr>
            <w:r>
              <w:t>6</w:t>
            </w:r>
            <w:r w:rsidRPr="00B64336">
              <w:rPr>
                <w:vertAlign w:val="superscript"/>
              </w:rPr>
              <w:t>th</w:t>
            </w:r>
            <w:r>
              <w:t xml:space="preserve"> to 9</w:t>
            </w:r>
            <w:r w:rsidRPr="00B64336">
              <w:rPr>
                <w:vertAlign w:val="superscript"/>
              </w:rPr>
              <w:t>th</w:t>
            </w:r>
            <w:r>
              <w:t xml:space="preserve"> Std.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25000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16000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</w:tr>
      <w:tr w:rsidR="009D4143" w:rsidTr="00B64336">
        <w:trPr>
          <w:trHeight w:val="351"/>
          <w:jc w:val="center"/>
        </w:trPr>
        <w:tc>
          <w:tcPr>
            <w:tcW w:w="1725" w:type="dxa"/>
            <w:vAlign w:val="center"/>
          </w:tcPr>
          <w:p w:rsidR="009D4143" w:rsidRDefault="00D3644E">
            <w:pPr>
              <w:jc w:val="center"/>
            </w:pPr>
            <w:r>
              <w:t>5</w:t>
            </w:r>
          </w:p>
        </w:tc>
        <w:tc>
          <w:tcPr>
            <w:tcW w:w="2441" w:type="dxa"/>
            <w:vAlign w:val="center"/>
          </w:tcPr>
          <w:p w:rsidR="009D4143" w:rsidRDefault="00D3644E">
            <w:pPr>
              <w:jc w:val="center"/>
            </w:pPr>
            <w:r>
              <w:t>10</w:t>
            </w:r>
            <w:r w:rsidRPr="00B64336">
              <w:rPr>
                <w:vertAlign w:val="superscript"/>
              </w:rPr>
              <w:t>th</w:t>
            </w:r>
            <w:r>
              <w:t xml:space="preserve"> Std.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22000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13000</w:t>
            </w:r>
          </w:p>
        </w:tc>
        <w:tc>
          <w:tcPr>
            <w:tcW w:w="2083" w:type="dxa"/>
            <w:vAlign w:val="center"/>
          </w:tcPr>
          <w:p w:rsidR="009D4143" w:rsidRDefault="00D3644E">
            <w:pPr>
              <w:jc w:val="center"/>
            </w:pPr>
            <w:r>
              <w:t>9000</w:t>
            </w:r>
          </w:p>
        </w:tc>
      </w:tr>
    </w:tbl>
    <w:p w:rsidR="009D4143" w:rsidRDefault="00D3644E">
      <w:pPr>
        <w:jc w:val="center"/>
      </w:pPr>
      <w:proofErr w:type="spellStart"/>
      <w:r>
        <w:rPr>
          <w:b/>
          <w:u w:val="single"/>
        </w:rPr>
        <w:t>Dadegal</w:t>
      </w:r>
      <w:proofErr w:type="spellEnd"/>
      <w:r>
        <w:rPr>
          <w:b/>
          <w:u w:val="single"/>
        </w:rPr>
        <w:t xml:space="preserve"> and </w:t>
      </w:r>
      <w:proofErr w:type="spellStart"/>
      <w:r>
        <w:rPr>
          <w:b/>
          <w:u w:val="single"/>
        </w:rPr>
        <w:t>Kolu</w:t>
      </w:r>
      <w:r w:rsidR="00B64336">
        <w:rPr>
          <w:b/>
          <w:u w:val="single"/>
        </w:rPr>
        <w:t>r</w:t>
      </w:r>
      <w:proofErr w:type="spellEnd"/>
      <w:r>
        <w:rPr>
          <w:b/>
          <w:u w:val="single"/>
        </w:rPr>
        <w:t>: ₹500 less in Bus Fees</w:t>
      </w:r>
    </w:p>
    <w:p w:rsidR="009D4143" w:rsidRDefault="00D3644E">
      <w:r>
        <w:rPr>
          <w:b/>
          <w:u w:val="single"/>
        </w:rPr>
        <w:t>KIT FEES / BOOKS FEE</w:t>
      </w:r>
    </w:p>
    <w:p w:rsidR="009D4143" w:rsidRDefault="00D3644E">
      <w:pPr>
        <w:pStyle w:val="ListBullet"/>
      </w:pPr>
      <w:r>
        <w:t>Nursery to 5th Std. – ₹2,500</w:t>
      </w:r>
    </w:p>
    <w:p w:rsidR="009D4143" w:rsidRDefault="00D3644E">
      <w:pPr>
        <w:pStyle w:val="ListBullet"/>
      </w:pPr>
      <w:r>
        <w:t>6th to 9th Std. – ₹3,500 (inclu</w:t>
      </w:r>
      <w:bookmarkStart w:id="0" w:name="_GoBack"/>
      <w:bookmarkEnd w:id="0"/>
      <w:r>
        <w:t>ding Foundation Classes books)</w:t>
      </w:r>
    </w:p>
    <w:p w:rsidR="009D4143" w:rsidRDefault="00D3644E">
      <w:pPr>
        <w:pStyle w:val="ListBullet"/>
      </w:pPr>
      <w:r>
        <w:t>10th Std. – ₹2,500</w:t>
      </w:r>
    </w:p>
    <w:p w:rsidR="009D4143" w:rsidRDefault="00D3644E">
      <w:r>
        <w:rPr>
          <w:b/>
          <w:u w:val="single"/>
        </w:rPr>
        <w:t>FEES INSTALLMENT</w:t>
      </w:r>
    </w:p>
    <w:p w:rsidR="009D4143" w:rsidRDefault="00D3644E">
      <w:r>
        <w:t>1) Admission fee – ₹5,000</w:t>
      </w:r>
    </w:p>
    <w:p w:rsidR="009D4143" w:rsidRDefault="00D3644E">
      <w:r>
        <w:t>2) July last to August last (after FA-1)</w:t>
      </w:r>
    </w:p>
    <w:p w:rsidR="009D4143" w:rsidRDefault="00D3644E">
      <w:r>
        <w:t>3) October &amp; November (after SA-1)</w:t>
      </w:r>
    </w:p>
    <w:p w:rsidR="009D4143" w:rsidRDefault="00D3644E">
      <w:r>
        <w:t>4) FA-4 – Full fees (paid)</w:t>
      </w:r>
    </w:p>
    <w:p w:rsidR="009D4143" w:rsidRDefault="00D3644E">
      <w:r>
        <w:rPr>
          <w:b/>
          <w:u w:val="single"/>
        </w:rPr>
        <w:t>Included in School Fees</w:t>
      </w:r>
    </w:p>
    <w:p w:rsidR="009D4143" w:rsidRDefault="00D3644E">
      <w:pPr>
        <w:pStyle w:val="ListBullet"/>
      </w:pPr>
      <w:r>
        <w:t>Handwriting</w:t>
      </w:r>
    </w:p>
    <w:p w:rsidR="009D4143" w:rsidRDefault="00D3644E">
      <w:pPr>
        <w:pStyle w:val="ListBullet"/>
      </w:pPr>
      <w:r>
        <w:t>Robotics</w:t>
      </w:r>
    </w:p>
    <w:p w:rsidR="009D4143" w:rsidRDefault="00D3644E">
      <w:pPr>
        <w:pStyle w:val="ListBullet"/>
      </w:pPr>
      <w:r>
        <w:t>Computer class</w:t>
      </w:r>
    </w:p>
    <w:p w:rsidR="009D4143" w:rsidRDefault="00D3644E">
      <w:pPr>
        <w:pStyle w:val="ListBullet"/>
      </w:pPr>
      <w:r>
        <w:t>Abacus</w:t>
      </w:r>
    </w:p>
    <w:sectPr w:rsidR="009D4143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4143"/>
    <w:rsid w:val="00AA1D8D"/>
    <w:rsid w:val="00B47730"/>
    <w:rsid w:val="00B64336"/>
    <w:rsid w:val="00CB0664"/>
    <w:rsid w:val="00D364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4047CE-FB5E-43D5-B5DE-5A5ABC93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 OFFICE1</cp:lastModifiedBy>
  <cp:revision>3</cp:revision>
  <cp:lastPrinted>2026-09-24T05:44:00Z</cp:lastPrinted>
  <dcterms:created xsi:type="dcterms:W3CDTF">2013-12-23T23:15:00Z</dcterms:created>
  <dcterms:modified xsi:type="dcterms:W3CDTF">2026-09-24T05:44:00Z</dcterms:modified>
  <cp:category/>
</cp:coreProperties>
</file>